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2359"/>
        <w:gridCol w:w="3136"/>
        <w:gridCol w:w="3575"/>
      </w:tblGrid>
      <w:tr w:rsidR="005B703B" w:rsidRPr="00084C52" w14:paraId="6D61EF8A" w14:textId="77777777" w:rsidTr="00084C52">
        <w:trPr>
          <w:trHeight w:val="1753"/>
        </w:trPr>
        <w:tc>
          <w:tcPr>
            <w:tcW w:w="2359" w:type="dxa"/>
          </w:tcPr>
          <w:p w14:paraId="717C7484" w14:textId="77777777" w:rsidR="005B703B" w:rsidRDefault="00694FAC" w:rsidP="0064541D">
            <w:pPr>
              <w:spacing w:after="60"/>
            </w:pPr>
            <w:r>
              <w:rPr>
                <w:noProof/>
                <w:lang w:val="tr-TR" w:eastAsia="tr-TR"/>
              </w:rPr>
              <w:drawing>
                <wp:inline distT="0" distB="0" distL="0" distR="0" wp14:anchorId="61A42A69" wp14:editId="3F0C6633">
                  <wp:extent cx="1280160" cy="11054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smad_logo_cropped.png"/>
                          <pic:cNvPicPr/>
                        </pic:nvPicPr>
                        <pic:blipFill>
                          <a:blip r:embed="rId8"/>
                          <a:stretch>
                            <a:fillRect/>
                          </a:stretch>
                        </pic:blipFill>
                        <pic:spPr>
                          <a:xfrm>
                            <a:off x="0" y="0"/>
                            <a:ext cx="1280160" cy="1105444"/>
                          </a:xfrm>
                          <a:prstGeom prst="rect">
                            <a:avLst/>
                          </a:prstGeom>
                        </pic:spPr>
                      </pic:pic>
                    </a:graphicData>
                  </a:graphic>
                </wp:inline>
              </w:drawing>
            </w:r>
          </w:p>
        </w:tc>
        <w:tc>
          <w:tcPr>
            <w:tcW w:w="3136" w:type="dxa"/>
            <w:vAlign w:val="center"/>
          </w:tcPr>
          <w:p w14:paraId="227E75E8" w14:textId="69AA48BE" w:rsidR="00A15B4B" w:rsidRDefault="00A15B4B" w:rsidP="00084C52">
            <w:pPr>
              <w:spacing w:before="120" w:after="120"/>
              <w:rPr>
                <w:b/>
                <w:i/>
                <w:iCs/>
                <w:color w:val="0A2B5C"/>
                <w:sz w:val="18"/>
                <w:szCs w:val="18"/>
              </w:rPr>
            </w:pPr>
          </w:p>
          <w:p w14:paraId="687E177A" w14:textId="77777777" w:rsidR="001C1FD2" w:rsidRPr="001C1FD2" w:rsidRDefault="001C1FD2" w:rsidP="00A15B4B">
            <w:pPr>
              <w:spacing w:before="120" w:after="120"/>
              <w:jc w:val="center"/>
              <w:rPr>
                <w:i/>
                <w:iCs/>
                <w:sz w:val="18"/>
                <w:szCs w:val="18"/>
                <w:lang w:val="tr-TR"/>
              </w:rPr>
            </w:pPr>
          </w:p>
          <w:p w14:paraId="48578720" w14:textId="77777777" w:rsidR="005B703B" w:rsidRPr="0064541D" w:rsidRDefault="005B703B" w:rsidP="003D0AD8"/>
        </w:tc>
        <w:tc>
          <w:tcPr>
            <w:tcW w:w="3575" w:type="dxa"/>
          </w:tcPr>
          <w:p w14:paraId="60E7AE5D" w14:textId="77777777" w:rsidR="00A75825" w:rsidRPr="0064541D" w:rsidRDefault="00A75825" w:rsidP="00A75825">
            <w:pPr>
              <w:jc w:val="right"/>
              <w:rPr>
                <w:sz w:val="18"/>
              </w:rPr>
            </w:pPr>
          </w:p>
          <w:p w14:paraId="33191A86" w14:textId="77777777" w:rsidR="00A75825" w:rsidRPr="0064541D" w:rsidRDefault="00A75825" w:rsidP="00A75825">
            <w:pPr>
              <w:jc w:val="right"/>
              <w:rPr>
                <w:sz w:val="18"/>
              </w:rPr>
            </w:pPr>
          </w:p>
          <w:p w14:paraId="03454A4B" w14:textId="77777777" w:rsidR="00084C52" w:rsidRDefault="00084C52" w:rsidP="00A75825">
            <w:pPr>
              <w:jc w:val="right"/>
              <w:rPr>
                <w:sz w:val="18"/>
              </w:rPr>
            </w:pPr>
          </w:p>
          <w:p w14:paraId="178F19F9" w14:textId="77777777" w:rsidR="00084C52" w:rsidRPr="00084C52" w:rsidRDefault="00084C52" w:rsidP="00A75825">
            <w:pPr>
              <w:jc w:val="right"/>
              <w:rPr>
                <w:sz w:val="18"/>
                <w:lang w:val="es-ES"/>
              </w:rPr>
            </w:pPr>
          </w:p>
          <w:p w14:paraId="664CE03F" w14:textId="4351A2D3" w:rsidR="00A75825" w:rsidRPr="00084C52" w:rsidRDefault="00161E5A" w:rsidP="00A75825">
            <w:pPr>
              <w:jc w:val="right"/>
              <w:rPr>
                <w:sz w:val="18"/>
                <w:lang w:val="es-ES"/>
              </w:rPr>
            </w:pPr>
            <w:r w:rsidRPr="00161E5A">
              <w:rPr>
                <w:b/>
                <w:bCs/>
                <w:sz w:val="18"/>
                <w:lang w:val="es-ES"/>
              </w:rPr>
              <w:t>Date</w:t>
            </w:r>
            <w:r w:rsidR="00084C52" w:rsidRPr="00161E5A">
              <w:rPr>
                <w:b/>
                <w:bCs/>
                <w:sz w:val="18"/>
                <w:lang w:val="es-ES"/>
              </w:rPr>
              <w:t>:</w:t>
            </w:r>
            <w:r>
              <w:rPr>
                <w:b/>
                <w:bCs/>
                <w:sz w:val="18"/>
                <w:lang w:val="es-ES"/>
              </w:rPr>
              <w:t xml:space="preserve"> </w:t>
            </w:r>
            <w:r w:rsidRPr="00161E5A">
              <w:rPr>
                <w:sz w:val="18"/>
                <w:lang w:val="es-ES"/>
              </w:rPr>
              <w:t>......</w:t>
            </w:r>
            <w:r w:rsidR="00084C52" w:rsidRPr="00161E5A">
              <w:rPr>
                <w:sz w:val="18"/>
                <w:lang w:val="es-ES"/>
              </w:rPr>
              <w:t>/………/…</w:t>
            </w:r>
            <w:r w:rsidRPr="00161E5A">
              <w:rPr>
                <w:sz w:val="18"/>
                <w:lang w:val="es-ES"/>
              </w:rPr>
              <w:t>…</w:t>
            </w:r>
          </w:p>
          <w:p w14:paraId="762465CA" w14:textId="2A6327B6" w:rsidR="00E45776" w:rsidRPr="00084C52" w:rsidRDefault="00E45776" w:rsidP="00A75825">
            <w:pPr>
              <w:jc w:val="right"/>
              <w:rPr>
                <w:lang w:val="es-ES"/>
              </w:rPr>
            </w:pPr>
            <w:r w:rsidRPr="00084C52">
              <w:rPr>
                <w:sz w:val="18"/>
                <w:lang w:val="es-ES"/>
              </w:rPr>
              <w:t xml:space="preserve"> </w:t>
            </w:r>
          </w:p>
        </w:tc>
      </w:tr>
    </w:tbl>
    <w:p w14:paraId="6944D3B0" w14:textId="77777777" w:rsidR="00115536" w:rsidRPr="00084C52" w:rsidRDefault="00115536" w:rsidP="0064541D">
      <w:pPr>
        <w:spacing w:after="60"/>
        <w:rPr>
          <w:b/>
          <w:sz w:val="34"/>
          <w:szCs w:val="34"/>
          <w:lang w:val="es-ES"/>
        </w:rPr>
      </w:pPr>
    </w:p>
    <w:p w14:paraId="53F42B76" w14:textId="77777777" w:rsidR="00701C46" w:rsidRDefault="00701C46" w:rsidP="00701C46">
      <w:pPr>
        <w:pStyle w:val="KonuBal"/>
      </w:pPr>
      <w:r>
        <w:t>Generative AI Use Declaration Form</w:t>
      </w:r>
    </w:p>
    <w:p w14:paraId="59342EAC" w14:textId="77777777" w:rsidR="00701C46" w:rsidRDefault="00701C46" w:rsidP="00701C46">
      <w:r>
        <w:t>For authors • To be submitted with the manuscript</w:t>
      </w:r>
    </w:p>
    <w:p w14:paraId="57237908" w14:textId="77777777" w:rsidR="00701C46" w:rsidRDefault="00701C46" w:rsidP="00701C46"/>
    <w:p w14:paraId="41EF7066" w14:textId="77777777" w:rsidR="00701C46" w:rsidRDefault="00701C46" w:rsidP="00701C46">
      <w:r>
        <w:t>This form follows the journal’s Generative AI Use and Academic Responsibility Policy. A separate AI declaration is not mandatory for routine spelling, grammar, basic language editing or formatting only.</w:t>
      </w:r>
    </w:p>
    <w:p w14:paraId="19B7D2D2" w14:textId="77777777" w:rsidR="00701C46" w:rsidRDefault="00701C46" w:rsidP="00701C46">
      <w:r>
        <w:t>Manuscript title: __________________________________________________________________</w:t>
      </w:r>
    </w:p>
    <w:p w14:paraId="3C1F8CFE" w14:textId="77777777" w:rsidR="00701C46" w:rsidRDefault="00701C46" w:rsidP="00701C46">
      <w:r>
        <w:t>Manuscript ID (if available</w:t>
      </w:r>
      <w:proofErr w:type="gramStart"/>
      <w:r>
        <w:t>): __</w:t>
      </w:r>
      <w:proofErr w:type="gramEnd"/>
      <w:r>
        <w:t>____________   Corresponding author: _______________________</w:t>
      </w:r>
    </w:p>
    <w:p w14:paraId="2170C9C9" w14:textId="77777777" w:rsidR="00701C46" w:rsidRDefault="00701C46" w:rsidP="00701C46">
      <w:pPr>
        <w:pStyle w:val="Balk1"/>
      </w:pPr>
      <w:r>
        <w:t>1 Use status</w:t>
      </w:r>
    </w:p>
    <w:p w14:paraId="7EF9F1DE" w14:textId="77777777" w:rsidR="00701C46" w:rsidRDefault="00701C46" w:rsidP="00701C46">
      <w:r>
        <w:t>Select one option.</w:t>
      </w:r>
    </w:p>
    <w:p w14:paraId="55C0C749" w14:textId="77777777" w:rsidR="00701C46" w:rsidRDefault="00701C46" w:rsidP="00701C46">
      <w:r>
        <w:t>☐ No generative AI was used.</w:t>
      </w:r>
      <w:r>
        <w:br/>
        <w:t>☐ Use was limited to routine spelling, grammar, basic language editing or formatting.</w:t>
      </w:r>
      <w:r>
        <w:br/>
        <w:t>☐ Generative AI was used for substantive purposes such as content generation, analysis, interpretation or coding; the disclosure below has been completed.</w:t>
      </w:r>
    </w:p>
    <w:p w14:paraId="5FAA1C40" w14:textId="77777777" w:rsidR="00701C46" w:rsidRDefault="00701C46" w:rsidP="00701C46">
      <w:pPr>
        <w:pStyle w:val="Balk1"/>
      </w:pPr>
      <w:r>
        <w:t>2 Disclosure of substantive use</w:t>
      </w:r>
    </w:p>
    <w:p w14:paraId="1C0AB033" w14:textId="77777777" w:rsidR="00701C46" w:rsidRDefault="00701C46" w:rsidP="00701C46">
      <w:r>
        <w:t>Leave this section blank if there was no substantive use. Repeat the fields for additional tools.</w:t>
      </w:r>
    </w:p>
    <w:p w14:paraId="61164C0C" w14:textId="77777777" w:rsidR="00701C46" w:rsidRDefault="00701C46" w:rsidP="00701C46">
      <w:r>
        <w:t>Tool name and provider (version if available):</w:t>
      </w:r>
      <w:r>
        <w:br/>
        <w:t>________________________________________________________________________________</w:t>
      </w:r>
      <w:r>
        <w:br/>
        <w:t>________________________________________________________________________________</w:t>
      </w:r>
    </w:p>
    <w:p w14:paraId="2F70590E" w14:textId="77777777" w:rsidR="00701C46" w:rsidRDefault="00701C46" w:rsidP="00701C46">
      <w:r>
        <w:t>Purpose and scope (relevant sections, tables, figures, analyses or code):</w:t>
      </w:r>
      <w:r>
        <w:br/>
        <w:t>________________________________________________________________________________</w:t>
      </w:r>
      <w:r>
        <w:br/>
        <w:t>________________________________________________________________________________</w:t>
      </w:r>
    </w:p>
    <w:p w14:paraId="041528C2" w14:textId="77777777" w:rsidR="00701C46" w:rsidRDefault="00701C46" w:rsidP="00701C46">
      <w:r>
        <w:t>How outputs were reviewed and verified (including source, data and analysis checks):</w:t>
      </w:r>
      <w:r>
        <w:br/>
        <w:t>________________________________________________________________________________</w:t>
      </w:r>
      <w:r>
        <w:br/>
        <w:t>________________________________________________________________________________</w:t>
      </w:r>
    </w:p>
    <w:p w14:paraId="3AC95692" w14:textId="77777777" w:rsidR="00701C46" w:rsidRDefault="00701C46" w:rsidP="00701C46">
      <w:pPr>
        <w:pStyle w:val="Balk1"/>
      </w:pPr>
      <w:r>
        <w:t>3 Author confirmation</w:t>
      </w:r>
    </w:p>
    <w:p w14:paraId="590AEC70" w14:textId="77777777" w:rsidR="00701C46" w:rsidRDefault="00701C46" w:rsidP="00701C46">
      <w:r>
        <w:t>We accept responsibility for scientific accuracy, originality, source reliability, research data, and all text, tables, figures and supplementary materials. We declare that substantive AI use has been fully disclosed and the relevant outputs reviewed and verified. AI tools have not been listed as authors, and their outputs have not replaced independent, verifiable academic sources supporting scientific claims. Final scientific and ethical responsibility rests with the authors.</w:t>
      </w:r>
    </w:p>
    <w:tbl>
      <w:tblPr>
        <w:tblW w:w="0" w:type="auto"/>
        <w:tblLayout w:type="fixed"/>
        <w:tblLook w:val="04A0" w:firstRow="1" w:lastRow="0" w:firstColumn="1" w:lastColumn="0" w:noHBand="0" w:noVBand="1"/>
      </w:tblPr>
      <w:tblGrid>
        <w:gridCol w:w="3408"/>
        <w:gridCol w:w="3408"/>
        <w:gridCol w:w="3408"/>
      </w:tblGrid>
      <w:tr w:rsidR="00701C46" w14:paraId="14C05E4A" w14:textId="77777777" w:rsidTr="00FD797A">
        <w:tc>
          <w:tcPr>
            <w:tcW w:w="3408" w:type="dxa"/>
            <w:tcBorders>
              <w:top w:val="single" w:sz="4" w:space="0" w:color="D9D9D9"/>
              <w:left w:val="single" w:sz="4" w:space="0" w:color="D9D9D9"/>
              <w:bottom w:val="single" w:sz="4" w:space="0" w:color="D9D9D9"/>
              <w:right w:val="single" w:sz="4" w:space="0" w:color="D9D9D9"/>
            </w:tcBorders>
            <w:shd w:val="clear" w:color="auto" w:fill="EDEFF2"/>
          </w:tcPr>
          <w:p w14:paraId="131D76E2" w14:textId="77777777" w:rsidR="00701C46" w:rsidRDefault="00701C46" w:rsidP="00FD797A">
            <w:pPr>
              <w:spacing w:after="60"/>
            </w:pPr>
            <w:r>
              <w:t>Author name</w:t>
            </w:r>
          </w:p>
        </w:tc>
        <w:tc>
          <w:tcPr>
            <w:tcW w:w="3408" w:type="dxa"/>
            <w:tcBorders>
              <w:top w:val="single" w:sz="4" w:space="0" w:color="D9D9D9"/>
              <w:left w:val="single" w:sz="4" w:space="0" w:color="D9D9D9"/>
              <w:bottom w:val="single" w:sz="4" w:space="0" w:color="D9D9D9"/>
              <w:right w:val="single" w:sz="4" w:space="0" w:color="D9D9D9"/>
            </w:tcBorders>
            <w:shd w:val="clear" w:color="auto" w:fill="EDEFF2"/>
          </w:tcPr>
          <w:p w14:paraId="6C6668AE" w14:textId="77777777" w:rsidR="00701C46" w:rsidRDefault="00701C46" w:rsidP="00FD797A">
            <w:pPr>
              <w:spacing w:after="60"/>
            </w:pPr>
            <w:r>
              <w:t>Date</w:t>
            </w:r>
          </w:p>
        </w:tc>
        <w:tc>
          <w:tcPr>
            <w:tcW w:w="3408" w:type="dxa"/>
            <w:tcBorders>
              <w:top w:val="single" w:sz="4" w:space="0" w:color="D9D9D9"/>
              <w:left w:val="single" w:sz="4" w:space="0" w:color="D9D9D9"/>
              <w:bottom w:val="single" w:sz="4" w:space="0" w:color="D9D9D9"/>
              <w:right w:val="single" w:sz="4" w:space="0" w:color="D9D9D9"/>
            </w:tcBorders>
            <w:shd w:val="clear" w:color="auto" w:fill="EDEFF2"/>
          </w:tcPr>
          <w:p w14:paraId="2FCADE56" w14:textId="77777777" w:rsidR="00701C46" w:rsidRDefault="00701C46" w:rsidP="00FD797A">
            <w:pPr>
              <w:spacing w:after="60"/>
            </w:pPr>
            <w:r>
              <w:t>Signature</w:t>
            </w:r>
          </w:p>
        </w:tc>
      </w:tr>
      <w:tr w:rsidR="00701C46" w14:paraId="362CCE3A" w14:textId="77777777" w:rsidTr="00FD797A">
        <w:tc>
          <w:tcPr>
            <w:tcW w:w="3408" w:type="dxa"/>
            <w:tcBorders>
              <w:top w:val="single" w:sz="4" w:space="0" w:color="D9D9D9"/>
              <w:left w:val="single" w:sz="4" w:space="0" w:color="D9D9D9"/>
              <w:bottom w:val="single" w:sz="4" w:space="0" w:color="D9D9D9"/>
              <w:right w:val="single" w:sz="4" w:space="0" w:color="D9D9D9"/>
            </w:tcBorders>
          </w:tcPr>
          <w:p w14:paraId="32EDF694" w14:textId="77777777" w:rsidR="00701C46" w:rsidRDefault="00701C46" w:rsidP="00FD797A">
            <w:pPr>
              <w:spacing w:after="60"/>
            </w:pPr>
          </w:p>
        </w:tc>
        <w:tc>
          <w:tcPr>
            <w:tcW w:w="3408" w:type="dxa"/>
            <w:tcBorders>
              <w:top w:val="single" w:sz="4" w:space="0" w:color="D9D9D9"/>
              <w:left w:val="single" w:sz="4" w:space="0" w:color="D9D9D9"/>
              <w:bottom w:val="single" w:sz="4" w:space="0" w:color="D9D9D9"/>
              <w:right w:val="single" w:sz="4" w:space="0" w:color="D9D9D9"/>
            </w:tcBorders>
          </w:tcPr>
          <w:p w14:paraId="6E19605B" w14:textId="77777777" w:rsidR="00701C46" w:rsidRDefault="00701C46" w:rsidP="00FD797A">
            <w:pPr>
              <w:spacing w:after="60"/>
            </w:pPr>
          </w:p>
        </w:tc>
        <w:tc>
          <w:tcPr>
            <w:tcW w:w="3408" w:type="dxa"/>
            <w:tcBorders>
              <w:top w:val="single" w:sz="4" w:space="0" w:color="D9D9D9"/>
              <w:left w:val="single" w:sz="4" w:space="0" w:color="D9D9D9"/>
              <w:bottom w:val="single" w:sz="4" w:space="0" w:color="D9D9D9"/>
              <w:right w:val="single" w:sz="4" w:space="0" w:color="D9D9D9"/>
            </w:tcBorders>
          </w:tcPr>
          <w:p w14:paraId="5E928608" w14:textId="77777777" w:rsidR="00701C46" w:rsidRDefault="00701C46" w:rsidP="00FD797A">
            <w:pPr>
              <w:spacing w:after="60"/>
            </w:pPr>
          </w:p>
        </w:tc>
      </w:tr>
      <w:tr w:rsidR="00701C46" w14:paraId="34B93984" w14:textId="77777777" w:rsidTr="00FD797A">
        <w:tc>
          <w:tcPr>
            <w:tcW w:w="3408" w:type="dxa"/>
            <w:tcBorders>
              <w:top w:val="single" w:sz="4" w:space="0" w:color="D9D9D9"/>
              <w:left w:val="single" w:sz="4" w:space="0" w:color="D9D9D9"/>
              <w:bottom w:val="single" w:sz="4" w:space="0" w:color="D9D9D9"/>
              <w:right w:val="single" w:sz="4" w:space="0" w:color="D9D9D9"/>
            </w:tcBorders>
          </w:tcPr>
          <w:p w14:paraId="6FF0616E" w14:textId="77777777" w:rsidR="00701C46" w:rsidRDefault="00701C46" w:rsidP="00FD797A">
            <w:pPr>
              <w:spacing w:after="60"/>
            </w:pPr>
          </w:p>
        </w:tc>
        <w:tc>
          <w:tcPr>
            <w:tcW w:w="3408" w:type="dxa"/>
            <w:tcBorders>
              <w:top w:val="single" w:sz="4" w:space="0" w:color="D9D9D9"/>
              <w:left w:val="single" w:sz="4" w:space="0" w:color="D9D9D9"/>
              <w:bottom w:val="single" w:sz="4" w:space="0" w:color="D9D9D9"/>
              <w:right w:val="single" w:sz="4" w:space="0" w:color="D9D9D9"/>
            </w:tcBorders>
          </w:tcPr>
          <w:p w14:paraId="73D6BB69" w14:textId="77777777" w:rsidR="00701C46" w:rsidRDefault="00701C46" w:rsidP="00FD797A">
            <w:pPr>
              <w:spacing w:after="60"/>
            </w:pPr>
          </w:p>
        </w:tc>
        <w:tc>
          <w:tcPr>
            <w:tcW w:w="3408" w:type="dxa"/>
            <w:tcBorders>
              <w:top w:val="single" w:sz="4" w:space="0" w:color="D9D9D9"/>
              <w:left w:val="single" w:sz="4" w:space="0" w:color="D9D9D9"/>
              <w:bottom w:val="single" w:sz="4" w:space="0" w:color="D9D9D9"/>
              <w:right w:val="single" w:sz="4" w:space="0" w:color="D9D9D9"/>
            </w:tcBorders>
          </w:tcPr>
          <w:p w14:paraId="0FE08E21" w14:textId="77777777" w:rsidR="00701C46" w:rsidRDefault="00701C46" w:rsidP="00FD797A">
            <w:pPr>
              <w:spacing w:after="60"/>
            </w:pPr>
          </w:p>
        </w:tc>
      </w:tr>
      <w:tr w:rsidR="00701C46" w14:paraId="5884DC68" w14:textId="77777777" w:rsidTr="00FD797A">
        <w:tc>
          <w:tcPr>
            <w:tcW w:w="3408" w:type="dxa"/>
            <w:tcBorders>
              <w:top w:val="single" w:sz="4" w:space="0" w:color="D9D9D9"/>
              <w:left w:val="single" w:sz="4" w:space="0" w:color="D9D9D9"/>
              <w:bottom w:val="single" w:sz="4" w:space="0" w:color="D9D9D9"/>
              <w:right w:val="single" w:sz="4" w:space="0" w:color="D9D9D9"/>
            </w:tcBorders>
          </w:tcPr>
          <w:p w14:paraId="40E05944" w14:textId="77777777" w:rsidR="00701C46" w:rsidRDefault="00701C46" w:rsidP="00FD797A">
            <w:pPr>
              <w:spacing w:after="60"/>
            </w:pPr>
          </w:p>
        </w:tc>
        <w:tc>
          <w:tcPr>
            <w:tcW w:w="3408" w:type="dxa"/>
            <w:tcBorders>
              <w:top w:val="single" w:sz="4" w:space="0" w:color="D9D9D9"/>
              <w:left w:val="single" w:sz="4" w:space="0" w:color="D9D9D9"/>
              <w:bottom w:val="single" w:sz="4" w:space="0" w:color="D9D9D9"/>
              <w:right w:val="single" w:sz="4" w:space="0" w:color="D9D9D9"/>
            </w:tcBorders>
          </w:tcPr>
          <w:p w14:paraId="79CD5726" w14:textId="77777777" w:rsidR="00701C46" w:rsidRDefault="00701C46" w:rsidP="00FD797A">
            <w:pPr>
              <w:spacing w:after="60"/>
            </w:pPr>
          </w:p>
        </w:tc>
        <w:tc>
          <w:tcPr>
            <w:tcW w:w="3408" w:type="dxa"/>
            <w:tcBorders>
              <w:top w:val="single" w:sz="4" w:space="0" w:color="D9D9D9"/>
              <w:left w:val="single" w:sz="4" w:space="0" w:color="D9D9D9"/>
              <w:bottom w:val="single" w:sz="4" w:space="0" w:color="D9D9D9"/>
              <w:right w:val="single" w:sz="4" w:space="0" w:color="D9D9D9"/>
            </w:tcBorders>
          </w:tcPr>
          <w:p w14:paraId="559537A7" w14:textId="77777777" w:rsidR="00701C46" w:rsidRDefault="00701C46" w:rsidP="00FD797A">
            <w:pPr>
              <w:spacing w:after="60"/>
            </w:pPr>
          </w:p>
        </w:tc>
      </w:tr>
    </w:tbl>
    <w:p w14:paraId="7C085A58" w14:textId="77777777" w:rsidR="00701C46" w:rsidRDefault="00701C46" w:rsidP="00701C46">
      <w:r>
        <w:t>All authors should sign; add rows or a continuation sheet as needed.</w:t>
      </w:r>
    </w:p>
    <w:p w14:paraId="677ED6A1" w14:textId="77777777" w:rsidR="00701C46" w:rsidRDefault="00701C46" w:rsidP="00701C46">
      <w:r>
        <w:rPr>
          <w:sz w:val="16"/>
        </w:rPr>
        <w:t>Politika / Policy: https://dergipark.org.tr/tr/pub/ussmadreview/page/22136</w:t>
      </w:r>
    </w:p>
    <w:p w14:paraId="6731A06D" w14:textId="07FCD7A7" w:rsidR="00973047" w:rsidRPr="00161E5A" w:rsidRDefault="00973047">
      <w:pPr>
        <w:spacing w:after="120"/>
      </w:pPr>
    </w:p>
    <w:sectPr w:rsidR="00973047" w:rsidRPr="00161E5A" w:rsidSect="005A7B84">
      <w:footerReference w:type="first" r:id="rId9"/>
      <w:pgSz w:w="11906" w:h="16838"/>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98108" w14:textId="77777777" w:rsidR="00DE14DB" w:rsidRDefault="00DE14DB">
      <w:r>
        <w:separator/>
      </w:r>
    </w:p>
  </w:endnote>
  <w:endnote w:type="continuationSeparator" w:id="0">
    <w:p w14:paraId="65143850" w14:textId="77777777" w:rsidR="00DE14DB" w:rsidRDefault="00DE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DF00C" w14:textId="77777777" w:rsidR="005B703B" w:rsidRDefault="00694FAC">
    <w:pPr>
      <w:spacing w:after="60"/>
    </w:pPr>
    <w:r>
      <w:rPr>
        <w:sz w:val="16"/>
      </w:rPr>
      <w:t>DOI: https://doi.org/10.0000/ussmad.2025.100001</w:t>
    </w:r>
  </w:p>
  <w:p w14:paraId="39BEC8F0" w14:textId="77777777" w:rsidR="005B703B" w:rsidRDefault="00694FAC">
    <w:pPr>
      <w:spacing w:after="20"/>
    </w:pPr>
    <w:r>
      <w:rPr>
        <w:sz w:val="16"/>
      </w:rPr>
      <w:t xml:space="preserve">© 2025 The Author(s). Published by Mali </w:t>
    </w:r>
    <w:proofErr w:type="spellStart"/>
    <w:r>
      <w:rPr>
        <w:sz w:val="16"/>
      </w:rPr>
      <w:t>Araştırmalar</w:t>
    </w:r>
    <w:proofErr w:type="spellEnd"/>
    <w:r>
      <w:rPr>
        <w:sz w:val="16"/>
      </w:rPr>
      <w:t xml:space="preserve"> </w:t>
    </w:r>
    <w:proofErr w:type="spellStart"/>
    <w:r>
      <w:rPr>
        <w:sz w:val="16"/>
      </w:rPr>
      <w:t>Derneği</w:t>
    </w:r>
    <w:proofErr w:type="spellEnd"/>
    <w:r>
      <w:rPr>
        <w:sz w:val="16"/>
      </w:rPr>
      <w:t>. Open access under CC BY 4.0.</w:t>
    </w:r>
  </w:p>
  <w:p w14:paraId="672F6B16" w14:textId="77777777" w:rsidR="005B703B" w:rsidRDefault="00694FAC">
    <w:r>
      <w:rPr>
        <w:sz w:val="16"/>
      </w:rPr>
      <w:t>https://creativecommons.org/licenses/by/4.0/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59CA8" w14:textId="77777777" w:rsidR="00DE14DB" w:rsidRDefault="00DE14DB">
      <w:r>
        <w:separator/>
      </w:r>
    </w:p>
  </w:footnote>
  <w:footnote w:type="continuationSeparator" w:id="0">
    <w:p w14:paraId="2CA405B9" w14:textId="77777777" w:rsidR="00DE14DB" w:rsidRDefault="00DE1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7D0798F"/>
    <w:multiLevelType w:val="hybridMultilevel"/>
    <w:tmpl w:val="097A0EE8"/>
    <w:lvl w:ilvl="0" w:tplc="F04A0A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97914FF"/>
    <w:multiLevelType w:val="hybridMultilevel"/>
    <w:tmpl w:val="97AC3AC0"/>
    <w:lvl w:ilvl="0" w:tplc="D78A6DBE">
      <w:start w:val="1"/>
      <w:numFmt w:val="decimal"/>
      <w:lvlText w:val="%1."/>
      <w:lvlJc w:val="left"/>
      <w:pPr>
        <w:ind w:left="749" w:hanging="360"/>
      </w:pPr>
      <w:rPr>
        <w:b/>
        <w:bCs/>
      </w:rPr>
    </w:lvl>
    <w:lvl w:ilvl="1" w:tplc="041F0019" w:tentative="1">
      <w:start w:val="1"/>
      <w:numFmt w:val="lowerLetter"/>
      <w:lvlText w:val="%2."/>
      <w:lvlJc w:val="left"/>
      <w:pPr>
        <w:ind w:left="1469" w:hanging="360"/>
      </w:pPr>
    </w:lvl>
    <w:lvl w:ilvl="2" w:tplc="041F001B" w:tentative="1">
      <w:start w:val="1"/>
      <w:numFmt w:val="lowerRoman"/>
      <w:lvlText w:val="%3."/>
      <w:lvlJc w:val="right"/>
      <w:pPr>
        <w:ind w:left="2189" w:hanging="180"/>
      </w:pPr>
    </w:lvl>
    <w:lvl w:ilvl="3" w:tplc="041F000F" w:tentative="1">
      <w:start w:val="1"/>
      <w:numFmt w:val="decimal"/>
      <w:lvlText w:val="%4."/>
      <w:lvlJc w:val="left"/>
      <w:pPr>
        <w:ind w:left="2909" w:hanging="360"/>
      </w:pPr>
    </w:lvl>
    <w:lvl w:ilvl="4" w:tplc="041F0019" w:tentative="1">
      <w:start w:val="1"/>
      <w:numFmt w:val="lowerLetter"/>
      <w:lvlText w:val="%5."/>
      <w:lvlJc w:val="left"/>
      <w:pPr>
        <w:ind w:left="3629" w:hanging="360"/>
      </w:pPr>
    </w:lvl>
    <w:lvl w:ilvl="5" w:tplc="041F001B" w:tentative="1">
      <w:start w:val="1"/>
      <w:numFmt w:val="lowerRoman"/>
      <w:lvlText w:val="%6."/>
      <w:lvlJc w:val="right"/>
      <w:pPr>
        <w:ind w:left="4349" w:hanging="180"/>
      </w:pPr>
    </w:lvl>
    <w:lvl w:ilvl="6" w:tplc="041F000F" w:tentative="1">
      <w:start w:val="1"/>
      <w:numFmt w:val="decimal"/>
      <w:lvlText w:val="%7."/>
      <w:lvlJc w:val="left"/>
      <w:pPr>
        <w:ind w:left="5069" w:hanging="360"/>
      </w:pPr>
    </w:lvl>
    <w:lvl w:ilvl="7" w:tplc="041F0019" w:tentative="1">
      <w:start w:val="1"/>
      <w:numFmt w:val="lowerLetter"/>
      <w:lvlText w:val="%8."/>
      <w:lvlJc w:val="left"/>
      <w:pPr>
        <w:ind w:left="5789" w:hanging="360"/>
      </w:pPr>
    </w:lvl>
    <w:lvl w:ilvl="8" w:tplc="041F001B" w:tentative="1">
      <w:start w:val="1"/>
      <w:numFmt w:val="lowerRoman"/>
      <w:lvlText w:val="%9."/>
      <w:lvlJc w:val="right"/>
      <w:pPr>
        <w:ind w:left="6509" w:hanging="180"/>
      </w:pPr>
    </w:lvl>
  </w:abstractNum>
  <w:abstractNum w:abstractNumId="11" w15:restartNumberingAfterBreak="0">
    <w:nsid w:val="38D877DF"/>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F3E5F33"/>
    <w:multiLevelType w:val="hybridMultilevel"/>
    <w:tmpl w:val="410E07EA"/>
    <w:lvl w:ilvl="0" w:tplc="D78A6DBE">
      <w:start w:val="1"/>
      <w:numFmt w:val="decimal"/>
      <w:lvlText w:val="%1."/>
      <w:lvlJc w:val="left"/>
      <w:pPr>
        <w:ind w:left="363" w:hanging="360"/>
      </w:pPr>
      <w:rPr>
        <w:b/>
        <w:bCs/>
      </w:rPr>
    </w:lvl>
    <w:lvl w:ilvl="1" w:tplc="041F0019" w:tentative="1">
      <w:start w:val="1"/>
      <w:numFmt w:val="lowerLetter"/>
      <w:lvlText w:val="%2."/>
      <w:lvlJc w:val="left"/>
      <w:pPr>
        <w:ind w:left="1083" w:hanging="360"/>
      </w:pPr>
    </w:lvl>
    <w:lvl w:ilvl="2" w:tplc="041F001B" w:tentative="1">
      <w:start w:val="1"/>
      <w:numFmt w:val="lowerRoman"/>
      <w:lvlText w:val="%3."/>
      <w:lvlJc w:val="right"/>
      <w:pPr>
        <w:ind w:left="1803" w:hanging="180"/>
      </w:pPr>
    </w:lvl>
    <w:lvl w:ilvl="3" w:tplc="041F000F" w:tentative="1">
      <w:start w:val="1"/>
      <w:numFmt w:val="decimal"/>
      <w:lvlText w:val="%4."/>
      <w:lvlJc w:val="left"/>
      <w:pPr>
        <w:ind w:left="2523" w:hanging="360"/>
      </w:pPr>
    </w:lvl>
    <w:lvl w:ilvl="4" w:tplc="041F0019" w:tentative="1">
      <w:start w:val="1"/>
      <w:numFmt w:val="lowerLetter"/>
      <w:lvlText w:val="%5."/>
      <w:lvlJc w:val="left"/>
      <w:pPr>
        <w:ind w:left="3243" w:hanging="360"/>
      </w:pPr>
    </w:lvl>
    <w:lvl w:ilvl="5" w:tplc="041F001B" w:tentative="1">
      <w:start w:val="1"/>
      <w:numFmt w:val="lowerRoman"/>
      <w:lvlText w:val="%6."/>
      <w:lvlJc w:val="right"/>
      <w:pPr>
        <w:ind w:left="3963" w:hanging="180"/>
      </w:pPr>
    </w:lvl>
    <w:lvl w:ilvl="6" w:tplc="041F000F" w:tentative="1">
      <w:start w:val="1"/>
      <w:numFmt w:val="decimal"/>
      <w:lvlText w:val="%7."/>
      <w:lvlJc w:val="left"/>
      <w:pPr>
        <w:ind w:left="4683" w:hanging="360"/>
      </w:pPr>
    </w:lvl>
    <w:lvl w:ilvl="7" w:tplc="041F0019" w:tentative="1">
      <w:start w:val="1"/>
      <w:numFmt w:val="lowerLetter"/>
      <w:lvlText w:val="%8."/>
      <w:lvlJc w:val="left"/>
      <w:pPr>
        <w:ind w:left="5403" w:hanging="360"/>
      </w:pPr>
    </w:lvl>
    <w:lvl w:ilvl="8" w:tplc="041F001B" w:tentative="1">
      <w:start w:val="1"/>
      <w:numFmt w:val="lowerRoman"/>
      <w:lvlText w:val="%9."/>
      <w:lvlJc w:val="right"/>
      <w:pPr>
        <w:ind w:left="6123" w:hanging="180"/>
      </w:pPr>
    </w:lvl>
  </w:abstractNum>
  <w:num w:numId="1" w16cid:durableId="688213695">
    <w:abstractNumId w:val="8"/>
  </w:num>
  <w:num w:numId="2" w16cid:durableId="543979650">
    <w:abstractNumId w:val="6"/>
  </w:num>
  <w:num w:numId="3" w16cid:durableId="937443574">
    <w:abstractNumId w:val="5"/>
  </w:num>
  <w:num w:numId="4" w16cid:durableId="1631547873">
    <w:abstractNumId w:val="4"/>
  </w:num>
  <w:num w:numId="5" w16cid:durableId="1464343385">
    <w:abstractNumId w:val="7"/>
  </w:num>
  <w:num w:numId="6" w16cid:durableId="1421678199">
    <w:abstractNumId w:val="3"/>
  </w:num>
  <w:num w:numId="7" w16cid:durableId="213976466">
    <w:abstractNumId w:val="2"/>
  </w:num>
  <w:num w:numId="8" w16cid:durableId="1570845789">
    <w:abstractNumId w:val="1"/>
  </w:num>
  <w:num w:numId="9" w16cid:durableId="1454783655">
    <w:abstractNumId w:val="0"/>
  </w:num>
  <w:num w:numId="10" w16cid:durableId="464083854">
    <w:abstractNumId w:val="10"/>
  </w:num>
  <w:num w:numId="11" w16cid:durableId="2024629427">
    <w:abstractNumId w:val="11"/>
  </w:num>
  <w:num w:numId="12" w16cid:durableId="1930888420">
    <w:abstractNumId w:val="12"/>
  </w:num>
  <w:num w:numId="13" w16cid:durableId="15696546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577"/>
    <w:rsid w:val="00084C52"/>
    <w:rsid w:val="000C0254"/>
    <w:rsid w:val="00115536"/>
    <w:rsid w:val="0015074B"/>
    <w:rsid w:val="00161E5A"/>
    <w:rsid w:val="00176DFA"/>
    <w:rsid w:val="001C1FC4"/>
    <w:rsid w:val="001C1FD2"/>
    <w:rsid w:val="00285C80"/>
    <w:rsid w:val="0029639D"/>
    <w:rsid w:val="0029684F"/>
    <w:rsid w:val="002D65C1"/>
    <w:rsid w:val="00326F90"/>
    <w:rsid w:val="00351FB6"/>
    <w:rsid w:val="003D0AD8"/>
    <w:rsid w:val="004D1E7A"/>
    <w:rsid w:val="00534828"/>
    <w:rsid w:val="0059099C"/>
    <w:rsid w:val="005A7B84"/>
    <w:rsid w:val="005B703B"/>
    <w:rsid w:val="005F05B2"/>
    <w:rsid w:val="00613DF5"/>
    <w:rsid w:val="0064541D"/>
    <w:rsid w:val="00694FAC"/>
    <w:rsid w:val="00701C46"/>
    <w:rsid w:val="00747C46"/>
    <w:rsid w:val="007A4D5B"/>
    <w:rsid w:val="00866A72"/>
    <w:rsid w:val="00891591"/>
    <w:rsid w:val="008D4560"/>
    <w:rsid w:val="0093111A"/>
    <w:rsid w:val="0094711F"/>
    <w:rsid w:val="00973047"/>
    <w:rsid w:val="00A15B4B"/>
    <w:rsid w:val="00A46136"/>
    <w:rsid w:val="00A5587E"/>
    <w:rsid w:val="00A75825"/>
    <w:rsid w:val="00AA1D8D"/>
    <w:rsid w:val="00AC24F6"/>
    <w:rsid w:val="00AF226A"/>
    <w:rsid w:val="00B45C69"/>
    <w:rsid w:val="00B47730"/>
    <w:rsid w:val="00BF1974"/>
    <w:rsid w:val="00C618C2"/>
    <w:rsid w:val="00C644F2"/>
    <w:rsid w:val="00C85C6D"/>
    <w:rsid w:val="00CB0664"/>
    <w:rsid w:val="00CB5569"/>
    <w:rsid w:val="00CF6A80"/>
    <w:rsid w:val="00D03CA0"/>
    <w:rsid w:val="00D20E01"/>
    <w:rsid w:val="00D7713D"/>
    <w:rsid w:val="00DA2069"/>
    <w:rsid w:val="00DE14DB"/>
    <w:rsid w:val="00E45776"/>
    <w:rsid w:val="00EC61F0"/>
    <w:rsid w:val="00F56D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5AED33"/>
  <w14:defaultImageDpi w14:val="300"/>
  <w15:docId w15:val="{19A04BFB-87FE-471F-A572-D2880E14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0"/>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613DF5"/>
    <w:rPr>
      <w:color w:val="0000FF" w:themeColor="hyperlink"/>
      <w:u w:val="single"/>
    </w:rPr>
  </w:style>
  <w:style w:type="character" w:customStyle="1" w:styleId="zmlenmeyenBahsetme1">
    <w:name w:val="Çözümlenmeyen Bahsetme1"/>
    <w:basedOn w:val="VarsaylanParagrafYazTipi"/>
    <w:uiPriority w:val="99"/>
    <w:semiHidden/>
    <w:unhideWhenUsed/>
    <w:rsid w:val="00613DF5"/>
    <w:rPr>
      <w:color w:val="605E5C"/>
      <w:shd w:val="clear" w:color="auto" w:fill="E1DFDD"/>
    </w:rPr>
  </w:style>
  <w:style w:type="paragraph" w:styleId="DipnotMetni">
    <w:name w:val="footnote text"/>
    <w:basedOn w:val="Normal"/>
    <w:link w:val="DipnotMetniChar"/>
    <w:uiPriority w:val="99"/>
    <w:semiHidden/>
    <w:unhideWhenUsed/>
    <w:rsid w:val="008D4560"/>
    <w:rPr>
      <w:szCs w:val="20"/>
    </w:rPr>
  </w:style>
  <w:style w:type="character" w:customStyle="1" w:styleId="DipnotMetniChar">
    <w:name w:val="Dipnot Metni Char"/>
    <w:basedOn w:val="VarsaylanParagrafYazTipi"/>
    <w:link w:val="DipnotMetni"/>
    <w:uiPriority w:val="99"/>
    <w:semiHidden/>
    <w:rsid w:val="008D4560"/>
    <w:rPr>
      <w:rFonts w:ascii="Times New Roman" w:hAnsi="Times New Roman"/>
      <w:sz w:val="20"/>
      <w:szCs w:val="20"/>
    </w:rPr>
  </w:style>
  <w:style w:type="character" w:styleId="DipnotBavurusu">
    <w:name w:val="footnote reference"/>
    <w:basedOn w:val="VarsaylanParagrafYazTipi"/>
    <w:uiPriority w:val="99"/>
    <w:semiHidden/>
    <w:unhideWhenUsed/>
    <w:rsid w:val="008D4560"/>
    <w:rPr>
      <w:vertAlign w:val="superscript"/>
    </w:rPr>
  </w:style>
  <w:style w:type="paragraph" w:styleId="NormalWeb">
    <w:name w:val="Normal (Web)"/>
    <w:basedOn w:val="Normal"/>
    <w:uiPriority w:val="99"/>
    <w:semiHidden/>
    <w:unhideWhenUsed/>
    <w:rsid w:val="0093111A"/>
    <w:rPr>
      <w:rFonts w:cs="Times New Roman"/>
      <w:sz w:val="24"/>
      <w:szCs w:val="24"/>
    </w:rPr>
  </w:style>
  <w:style w:type="paragraph" w:styleId="BalonMetni">
    <w:name w:val="Balloon Text"/>
    <w:basedOn w:val="Normal"/>
    <w:link w:val="BalonMetniChar"/>
    <w:uiPriority w:val="99"/>
    <w:semiHidden/>
    <w:unhideWhenUsed/>
    <w:rsid w:val="0059099C"/>
    <w:rPr>
      <w:rFonts w:ascii="Tahoma" w:hAnsi="Tahoma" w:cs="Tahoma"/>
      <w:sz w:val="16"/>
      <w:szCs w:val="16"/>
    </w:rPr>
  </w:style>
  <w:style w:type="character" w:customStyle="1" w:styleId="BalonMetniChar">
    <w:name w:val="Balon Metni Char"/>
    <w:basedOn w:val="VarsaylanParagrafYazTipi"/>
    <w:link w:val="BalonMetni"/>
    <w:uiPriority w:val="99"/>
    <w:semiHidden/>
    <w:rsid w:val="005909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4E621-F3A8-4676-97AC-551EA8F2A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345</Words>
  <Characters>1968</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Mizanpaj</cp:lastModifiedBy>
  <cp:revision>2</cp:revision>
  <dcterms:created xsi:type="dcterms:W3CDTF">2026-11-05T12:17:00Z</dcterms:created>
  <dcterms:modified xsi:type="dcterms:W3CDTF">2026-11-05T12:17:00Z</dcterms:modified>
</cp:coreProperties>
</file>