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59"/>
        <w:gridCol w:w="3136"/>
        <w:gridCol w:w="3575"/>
      </w:tblGrid>
      <w:tr w:rsidR="005B703B" w:rsidRPr="00084C52" w14:paraId="6D61EF8A" w14:textId="77777777" w:rsidTr="00084C52">
        <w:trPr>
          <w:trHeight w:val="1753"/>
        </w:trPr>
        <w:tc>
          <w:tcPr>
            <w:tcW w:w="2359" w:type="dxa"/>
          </w:tcPr>
          <w:p w14:paraId="717C7484" w14:textId="77777777" w:rsidR="005B703B" w:rsidRDefault="00694FAC" w:rsidP="0064541D">
            <w:pPr>
              <w:spacing w:after="60"/>
            </w:pPr>
            <w:r>
              <w:rPr>
                <w:noProof/>
                <w:lang w:val="tr-TR" w:eastAsia="tr-TR"/>
              </w:rPr>
              <w:drawing>
                <wp:inline distT="0" distB="0" distL="0" distR="0" wp14:anchorId="61A42A69" wp14:editId="3F0C6633">
                  <wp:extent cx="1280160" cy="110544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ssmad_logo_croppe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105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6" w:type="dxa"/>
            <w:vAlign w:val="center"/>
          </w:tcPr>
          <w:p w14:paraId="227E75E8" w14:textId="69AA48BE" w:rsidR="00A15B4B" w:rsidRDefault="00A15B4B" w:rsidP="00084C52">
            <w:pPr>
              <w:spacing w:before="120" w:after="120"/>
              <w:rPr>
                <w:b/>
                <w:i/>
                <w:iCs/>
                <w:color w:val="0A2B5C"/>
                <w:sz w:val="18"/>
                <w:szCs w:val="18"/>
              </w:rPr>
            </w:pPr>
          </w:p>
          <w:p w14:paraId="687E177A" w14:textId="77777777" w:rsidR="001C1FD2" w:rsidRPr="001C1FD2" w:rsidRDefault="001C1FD2" w:rsidP="00A15B4B">
            <w:pPr>
              <w:spacing w:before="120" w:after="120"/>
              <w:jc w:val="center"/>
              <w:rPr>
                <w:i/>
                <w:iCs/>
                <w:sz w:val="18"/>
                <w:szCs w:val="18"/>
                <w:lang w:val="tr-TR"/>
              </w:rPr>
            </w:pPr>
          </w:p>
          <w:p w14:paraId="48578720" w14:textId="77777777" w:rsidR="005B703B" w:rsidRPr="0064541D" w:rsidRDefault="005B703B" w:rsidP="003D0AD8"/>
        </w:tc>
        <w:tc>
          <w:tcPr>
            <w:tcW w:w="3575" w:type="dxa"/>
          </w:tcPr>
          <w:p w14:paraId="60E7AE5D" w14:textId="77777777" w:rsidR="00A75825" w:rsidRPr="0064541D" w:rsidRDefault="00A75825" w:rsidP="00A75825">
            <w:pPr>
              <w:jc w:val="right"/>
              <w:rPr>
                <w:sz w:val="18"/>
              </w:rPr>
            </w:pPr>
          </w:p>
          <w:p w14:paraId="33191A86" w14:textId="77777777" w:rsidR="00A75825" w:rsidRPr="0064541D" w:rsidRDefault="00A75825" w:rsidP="00A75825">
            <w:pPr>
              <w:jc w:val="right"/>
              <w:rPr>
                <w:sz w:val="18"/>
              </w:rPr>
            </w:pPr>
          </w:p>
          <w:p w14:paraId="03454A4B" w14:textId="77777777" w:rsidR="00084C52" w:rsidRDefault="00084C52" w:rsidP="00A75825">
            <w:pPr>
              <w:jc w:val="right"/>
              <w:rPr>
                <w:sz w:val="18"/>
              </w:rPr>
            </w:pPr>
          </w:p>
          <w:p w14:paraId="178F19F9" w14:textId="77777777" w:rsidR="00084C52" w:rsidRPr="00084C52" w:rsidRDefault="00084C52" w:rsidP="00A75825">
            <w:pPr>
              <w:jc w:val="right"/>
              <w:rPr>
                <w:sz w:val="18"/>
                <w:lang w:val="es-ES"/>
              </w:rPr>
            </w:pPr>
          </w:p>
          <w:p w14:paraId="664CE03F" w14:textId="4351A2D3" w:rsidR="00A75825" w:rsidRPr="00084C52" w:rsidRDefault="00161E5A" w:rsidP="00A75825">
            <w:pPr>
              <w:jc w:val="right"/>
              <w:rPr>
                <w:sz w:val="18"/>
                <w:lang w:val="es-ES"/>
              </w:rPr>
            </w:pPr>
            <w:r w:rsidRPr="00161E5A">
              <w:rPr>
                <w:b/>
                <w:bCs/>
                <w:sz w:val="18"/>
                <w:lang w:val="es-ES"/>
              </w:rPr>
              <w:t>Date</w:t>
            </w:r>
            <w:r w:rsidR="00084C52" w:rsidRPr="00161E5A">
              <w:rPr>
                <w:b/>
                <w:bCs/>
                <w:sz w:val="18"/>
                <w:lang w:val="es-ES"/>
              </w:rPr>
              <w:t>:</w:t>
            </w:r>
            <w:r>
              <w:rPr>
                <w:b/>
                <w:bCs/>
                <w:sz w:val="18"/>
                <w:lang w:val="es-ES"/>
              </w:rPr>
              <w:t xml:space="preserve"> </w:t>
            </w:r>
            <w:r w:rsidRPr="00161E5A">
              <w:rPr>
                <w:sz w:val="18"/>
                <w:lang w:val="es-ES"/>
              </w:rPr>
              <w:t>......</w:t>
            </w:r>
            <w:r w:rsidR="00084C52" w:rsidRPr="00161E5A">
              <w:rPr>
                <w:sz w:val="18"/>
                <w:lang w:val="es-ES"/>
              </w:rPr>
              <w:t>/………/…</w:t>
            </w:r>
            <w:r w:rsidRPr="00161E5A">
              <w:rPr>
                <w:sz w:val="18"/>
                <w:lang w:val="es-ES"/>
              </w:rPr>
              <w:t>…</w:t>
            </w:r>
          </w:p>
          <w:p w14:paraId="762465CA" w14:textId="2A6327B6" w:rsidR="00E45776" w:rsidRPr="00084C52" w:rsidRDefault="00E45776" w:rsidP="00A75825">
            <w:pPr>
              <w:jc w:val="right"/>
              <w:rPr>
                <w:lang w:val="es-ES"/>
              </w:rPr>
            </w:pPr>
            <w:r w:rsidRPr="00084C52">
              <w:rPr>
                <w:sz w:val="18"/>
                <w:lang w:val="es-ES"/>
              </w:rPr>
              <w:t xml:space="preserve"> </w:t>
            </w:r>
          </w:p>
        </w:tc>
      </w:tr>
    </w:tbl>
    <w:p w14:paraId="6944D3B0" w14:textId="77777777" w:rsidR="00115536" w:rsidRPr="00084C52" w:rsidRDefault="00115536" w:rsidP="0064541D">
      <w:pPr>
        <w:spacing w:after="60"/>
        <w:rPr>
          <w:b/>
          <w:sz w:val="34"/>
          <w:szCs w:val="34"/>
          <w:lang w:val="es-ES"/>
        </w:rPr>
      </w:pPr>
    </w:p>
    <w:p w14:paraId="2769AF02" w14:textId="77777777" w:rsidR="00161E5A" w:rsidRPr="003D0AD8" w:rsidRDefault="00161E5A" w:rsidP="00161E5A">
      <w:pPr>
        <w:spacing w:after="60"/>
        <w:rPr>
          <w:sz w:val="34"/>
          <w:szCs w:val="34"/>
        </w:rPr>
      </w:pPr>
      <w:r>
        <w:rPr>
          <w:b/>
          <w:sz w:val="34"/>
          <w:szCs w:val="34"/>
        </w:rPr>
        <w:t xml:space="preserve">Article title </w:t>
      </w:r>
      <w:r w:rsidRPr="00084C52">
        <w:rPr>
          <w:bCs/>
          <w:sz w:val="24"/>
          <w:szCs w:val="24"/>
        </w:rPr>
        <w:t>(</w:t>
      </w:r>
      <w:proofErr w:type="spellStart"/>
      <w:r w:rsidRPr="00084C52">
        <w:rPr>
          <w:bCs/>
          <w:sz w:val="24"/>
          <w:szCs w:val="24"/>
        </w:rPr>
        <w:t>Capitalise</w:t>
      </w:r>
      <w:proofErr w:type="spellEnd"/>
      <w:r w:rsidRPr="00084C52">
        <w:rPr>
          <w:bCs/>
          <w:sz w:val="24"/>
          <w:szCs w:val="24"/>
        </w:rPr>
        <w:t xml:space="preserve"> only the first word and proper nouns; left-aligned)</w:t>
      </w:r>
    </w:p>
    <w:p w14:paraId="612F7665" w14:textId="671E3155" w:rsidR="005B703B" w:rsidRPr="00084C52" w:rsidRDefault="00115536" w:rsidP="0064541D">
      <w:pPr>
        <w:spacing w:after="60"/>
        <w:rPr>
          <w:b/>
          <w:sz w:val="24"/>
          <w:szCs w:val="24"/>
          <w:lang w:val="tr-TR"/>
        </w:rPr>
      </w:pPr>
      <w:r w:rsidRPr="00084C52">
        <w:rPr>
          <w:b/>
          <w:sz w:val="34"/>
          <w:szCs w:val="34"/>
          <w:lang w:val="tr-TR"/>
        </w:rPr>
        <w:t>Makale başlığı</w:t>
      </w:r>
      <w:r w:rsidR="00084C52" w:rsidRPr="00084C52">
        <w:rPr>
          <w:b/>
          <w:sz w:val="34"/>
          <w:szCs w:val="34"/>
          <w:lang w:val="tr-TR"/>
        </w:rPr>
        <w:t xml:space="preserve"> </w:t>
      </w:r>
      <w:r w:rsidR="00084C52" w:rsidRPr="00084C52">
        <w:rPr>
          <w:bCs/>
          <w:sz w:val="24"/>
          <w:szCs w:val="24"/>
          <w:lang w:val="tr-TR"/>
        </w:rPr>
        <w:t>(Yalnızca ilk kelimenin ilk harfi ve özel adlar büyük; sola yaslı)</w:t>
      </w:r>
    </w:p>
    <w:p w14:paraId="74DDE4DE" w14:textId="77777777" w:rsidR="005B703B" w:rsidRDefault="00694FAC" w:rsidP="0064541D">
      <w:pPr>
        <w:spacing w:after="60"/>
      </w:pPr>
      <w:r>
        <w:rPr>
          <w:b/>
          <w:sz w:val="22"/>
        </w:rPr>
        <w:t>Author¹    Author²*    Author³    Author⁴</w:t>
      </w:r>
    </w:p>
    <w:p w14:paraId="7FA2133A" w14:textId="77777777" w:rsidR="005B703B" w:rsidRDefault="00694FAC" w:rsidP="0064541D">
      <w:pPr>
        <w:spacing w:after="60"/>
      </w:pPr>
      <w:r>
        <w:rPr>
          <w:sz w:val="16"/>
        </w:rPr>
        <w:t>¹ Department of Public Finance, University A, Country, ORCID: 0000-0000-0000-0000, author@university.edu</w:t>
      </w:r>
    </w:p>
    <w:p w14:paraId="07C89E92" w14:textId="77777777" w:rsidR="005B703B" w:rsidRDefault="00694FAC" w:rsidP="0064541D">
      <w:pPr>
        <w:spacing w:after="60"/>
      </w:pPr>
      <w:r>
        <w:rPr>
          <w:sz w:val="16"/>
        </w:rPr>
        <w:t>² Department of Economics, University B, Country, ORCID: 0000-0000-0000-0000, author@university.edu</w:t>
      </w:r>
    </w:p>
    <w:p w14:paraId="3677FC50" w14:textId="77777777" w:rsidR="005B703B" w:rsidRDefault="00694FAC" w:rsidP="0064541D">
      <w:pPr>
        <w:spacing w:after="60"/>
      </w:pPr>
      <w:r>
        <w:rPr>
          <w:sz w:val="16"/>
        </w:rPr>
        <w:t>³ Department of Economics, University C, Country, ORCID: 0000-0000-0000-0000, author@university.edu</w:t>
      </w:r>
    </w:p>
    <w:p w14:paraId="34176886" w14:textId="77777777" w:rsidR="005B703B" w:rsidRDefault="00694FAC" w:rsidP="0064541D">
      <w:pPr>
        <w:spacing w:after="60"/>
      </w:pPr>
      <w:r>
        <w:rPr>
          <w:sz w:val="16"/>
        </w:rPr>
        <w:t>⁴ Department of Economics, University D, Country, ORCID: 0000-0000-0000-0000, author@university.edu</w:t>
      </w:r>
    </w:p>
    <w:p w14:paraId="01119FE5" w14:textId="3CCF04CF" w:rsidR="0059099C" w:rsidRDefault="00747C46" w:rsidP="0059099C">
      <w:pPr>
        <w:spacing w:after="120"/>
      </w:pPr>
      <w:r>
        <w:rPr>
          <w:sz w:val="16"/>
        </w:rPr>
        <w:t xml:space="preserve">* Corresponding author: </w:t>
      </w:r>
      <w:r w:rsidR="00694FAC">
        <w:rPr>
          <w:sz w:val="16"/>
        </w:rPr>
        <w:t>author.two@university.edu</w:t>
      </w:r>
    </w:p>
    <w:p w14:paraId="7B05CE36" w14:textId="6CF85D73" w:rsidR="00AF226A" w:rsidRDefault="00AF226A">
      <w:pPr>
        <w:spacing w:after="120"/>
      </w:pPr>
    </w:p>
    <w:p w14:paraId="1734FF44" w14:textId="77777777" w:rsidR="00973047" w:rsidRDefault="00973047">
      <w:pPr>
        <w:spacing w:after="120"/>
      </w:pPr>
    </w:p>
    <w:p w14:paraId="6731A06D" w14:textId="30003E35" w:rsidR="00973047" w:rsidRPr="00161E5A" w:rsidRDefault="00161E5A">
      <w:pPr>
        <w:spacing w:after="120"/>
      </w:pPr>
      <w:r w:rsidRPr="00161E5A">
        <w:rPr>
          <w:rFonts w:cs="Times New Roman"/>
          <w:i/>
          <w:iCs/>
          <w:szCs w:val="20"/>
        </w:rPr>
        <w:t xml:space="preserve">This form must be uploaded </w:t>
      </w:r>
      <w:proofErr w:type="gramStart"/>
      <w:r w:rsidRPr="00161E5A">
        <w:rPr>
          <w:rFonts w:cs="Times New Roman"/>
          <w:i/>
          <w:iCs/>
          <w:szCs w:val="20"/>
        </w:rPr>
        <w:t>in</w:t>
      </w:r>
      <w:proofErr w:type="gramEnd"/>
      <w:r w:rsidRPr="00161E5A">
        <w:rPr>
          <w:rFonts w:cs="Times New Roman"/>
          <w:i/>
          <w:iCs/>
          <w:szCs w:val="20"/>
        </w:rPr>
        <w:t xml:space="preserve"> Microsoft Word format only. Please do not upload the form as a PDF or image file.</w:t>
      </w:r>
    </w:p>
    <w:sectPr w:rsidR="00973047" w:rsidRPr="00161E5A" w:rsidSect="005A7B84">
      <w:footerReference w:type="first" r:id="rId9"/>
      <w:pgSz w:w="11906" w:h="16838"/>
      <w:pgMar w:top="1418" w:right="1418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667EC" w14:textId="77777777" w:rsidR="00891591" w:rsidRDefault="00891591">
      <w:r>
        <w:separator/>
      </w:r>
    </w:p>
  </w:endnote>
  <w:endnote w:type="continuationSeparator" w:id="0">
    <w:p w14:paraId="753A8FD7" w14:textId="77777777" w:rsidR="00891591" w:rsidRDefault="00891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DF00C" w14:textId="77777777" w:rsidR="005B703B" w:rsidRDefault="00694FAC">
    <w:pPr>
      <w:spacing w:after="60"/>
    </w:pPr>
    <w:r>
      <w:rPr>
        <w:sz w:val="16"/>
      </w:rPr>
      <w:t>DOI: https://doi.org/10.0000/ussmad.2025.100001</w:t>
    </w:r>
  </w:p>
  <w:p w14:paraId="39BEC8F0" w14:textId="77777777" w:rsidR="005B703B" w:rsidRDefault="00694FAC">
    <w:pPr>
      <w:spacing w:after="20"/>
    </w:pPr>
    <w:r>
      <w:rPr>
        <w:sz w:val="16"/>
      </w:rPr>
      <w:t xml:space="preserve">© 2025 The Author(s). Published by Mali </w:t>
    </w:r>
    <w:proofErr w:type="spellStart"/>
    <w:r>
      <w:rPr>
        <w:sz w:val="16"/>
      </w:rPr>
      <w:t>Araştırmalar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Derneği</w:t>
    </w:r>
    <w:proofErr w:type="spellEnd"/>
    <w:r>
      <w:rPr>
        <w:sz w:val="16"/>
      </w:rPr>
      <w:t>. Open access under CC BY 4.0.</w:t>
    </w:r>
  </w:p>
  <w:p w14:paraId="672F6B16" w14:textId="77777777" w:rsidR="005B703B" w:rsidRDefault="00694FAC">
    <w:r>
      <w:rPr>
        <w:sz w:val="16"/>
      </w:rPr>
      <w:t>https://creativecommons.org/licenses/by/4.0/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91854" w14:textId="77777777" w:rsidR="00891591" w:rsidRDefault="00891591">
      <w:r>
        <w:separator/>
      </w:r>
    </w:p>
  </w:footnote>
  <w:footnote w:type="continuationSeparator" w:id="0">
    <w:p w14:paraId="799D1EDF" w14:textId="77777777" w:rsidR="00891591" w:rsidRDefault="008915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D0798F"/>
    <w:multiLevelType w:val="hybridMultilevel"/>
    <w:tmpl w:val="097A0EE8"/>
    <w:lvl w:ilvl="0" w:tplc="F04A0A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7914FF"/>
    <w:multiLevelType w:val="hybridMultilevel"/>
    <w:tmpl w:val="97AC3AC0"/>
    <w:lvl w:ilvl="0" w:tplc="D78A6DBE">
      <w:start w:val="1"/>
      <w:numFmt w:val="decimal"/>
      <w:lvlText w:val="%1."/>
      <w:lvlJc w:val="left"/>
      <w:pPr>
        <w:ind w:left="749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69" w:hanging="360"/>
      </w:pPr>
    </w:lvl>
    <w:lvl w:ilvl="2" w:tplc="041F001B" w:tentative="1">
      <w:start w:val="1"/>
      <w:numFmt w:val="lowerRoman"/>
      <w:lvlText w:val="%3."/>
      <w:lvlJc w:val="right"/>
      <w:pPr>
        <w:ind w:left="2189" w:hanging="180"/>
      </w:pPr>
    </w:lvl>
    <w:lvl w:ilvl="3" w:tplc="041F000F" w:tentative="1">
      <w:start w:val="1"/>
      <w:numFmt w:val="decimal"/>
      <w:lvlText w:val="%4."/>
      <w:lvlJc w:val="left"/>
      <w:pPr>
        <w:ind w:left="2909" w:hanging="360"/>
      </w:pPr>
    </w:lvl>
    <w:lvl w:ilvl="4" w:tplc="041F0019" w:tentative="1">
      <w:start w:val="1"/>
      <w:numFmt w:val="lowerLetter"/>
      <w:lvlText w:val="%5."/>
      <w:lvlJc w:val="left"/>
      <w:pPr>
        <w:ind w:left="3629" w:hanging="360"/>
      </w:pPr>
    </w:lvl>
    <w:lvl w:ilvl="5" w:tplc="041F001B" w:tentative="1">
      <w:start w:val="1"/>
      <w:numFmt w:val="lowerRoman"/>
      <w:lvlText w:val="%6."/>
      <w:lvlJc w:val="right"/>
      <w:pPr>
        <w:ind w:left="4349" w:hanging="180"/>
      </w:pPr>
    </w:lvl>
    <w:lvl w:ilvl="6" w:tplc="041F000F" w:tentative="1">
      <w:start w:val="1"/>
      <w:numFmt w:val="decimal"/>
      <w:lvlText w:val="%7."/>
      <w:lvlJc w:val="left"/>
      <w:pPr>
        <w:ind w:left="5069" w:hanging="360"/>
      </w:pPr>
    </w:lvl>
    <w:lvl w:ilvl="7" w:tplc="041F0019" w:tentative="1">
      <w:start w:val="1"/>
      <w:numFmt w:val="lowerLetter"/>
      <w:lvlText w:val="%8."/>
      <w:lvlJc w:val="left"/>
      <w:pPr>
        <w:ind w:left="5789" w:hanging="360"/>
      </w:pPr>
    </w:lvl>
    <w:lvl w:ilvl="8" w:tplc="041F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1" w15:restartNumberingAfterBreak="0">
    <w:nsid w:val="38D877DF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F3E5F33"/>
    <w:multiLevelType w:val="hybridMultilevel"/>
    <w:tmpl w:val="410E07EA"/>
    <w:lvl w:ilvl="0" w:tplc="D78A6DBE">
      <w:start w:val="1"/>
      <w:numFmt w:val="decimal"/>
      <w:lvlText w:val="%1."/>
      <w:lvlJc w:val="left"/>
      <w:pPr>
        <w:ind w:left="363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083" w:hanging="360"/>
      </w:pPr>
    </w:lvl>
    <w:lvl w:ilvl="2" w:tplc="041F001B" w:tentative="1">
      <w:start w:val="1"/>
      <w:numFmt w:val="lowerRoman"/>
      <w:lvlText w:val="%3."/>
      <w:lvlJc w:val="right"/>
      <w:pPr>
        <w:ind w:left="1803" w:hanging="180"/>
      </w:pPr>
    </w:lvl>
    <w:lvl w:ilvl="3" w:tplc="041F000F" w:tentative="1">
      <w:start w:val="1"/>
      <w:numFmt w:val="decimal"/>
      <w:lvlText w:val="%4."/>
      <w:lvlJc w:val="left"/>
      <w:pPr>
        <w:ind w:left="2523" w:hanging="360"/>
      </w:pPr>
    </w:lvl>
    <w:lvl w:ilvl="4" w:tplc="041F0019" w:tentative="1">
      <w:start w:val="1"/>
      <w:numFmt w:val="lowerLetter"/>
      <w:lvlText w:val="%5."/>
      <w:lvlJc w:val="left"/>
      <w:pPr>
        <w:ind w:left="3243" w:hanging="360"/>
      </w:pPr>
    </w:lvl>
    <w:lvl w:ilvl="5" w:tplc="041F001B" w:tentative="1">
      <w:start w:val="1"/>
      <w:numFmt w:val="lowerRoman"/>
      <w:lvlText w:val="%6."/>
      <w:lvlJc w:val="right"/>
      <w:pPr>
        <w:ind w:left="3963" w:hanging="180"/>
      </w:pPr>
    </w:lvl>
    <w:lvl w:ilvl="6" w:tplc="041F000F" w:tentative="1">
      <w:start w:val="1"/>
      <w:numFmt w:val="decimal"/>
      <w:lvlText w:val="%7."/>
      <w:lvlJc w:val="left"/>
      <w:pPr>
        <w:ind w:left="4683" w:hanging="360"/>
      </w:pPr>
    </w:lvl>
    <w:lvl w:ilvl="7" w:tplc="041F0019" w:tentative="1">
      <w:start w:val="1"/>
      <w:numFmt w:val="lowerLetter"/>
      <w:lvlText w:val="%8."/>
      <w:lvlJc w:val="left"/>
      <w:pPr>
        <w:ind w:left="5403" w:hanging="360"/>
      </w:pPr>
    </w:lvl>
    <w:lvl w:ilvl="8" w:tplc="041F001B" w:tentative="1">
      <w:start w:val="1"/>
      <w:numFmt w:val="lowerRoman"/>
      <w:lvlText w:val="%9."/>
      <w:lvlJc w:val="right"/>
      <w:pPr>
        <w:ind w:left="6123" w:hanging="180"/>
      </w:pPr>
    </w:lvl>
  </w:abstractNum>
  <w:num w:numId="1" w16cid:durableId="688213695">
    <w:abstractNumId w:val="8"/>
  </w:num>
  <w:num w:numId="2" w16cid:durableId="543979650">
    <w:abstractNumId w:val="6"/>
  </w:num>
  <w:num w:numId="3" w16cid:durableId="937443574">
    <w:abstractNumId w:val="5"/>
  </w:num>
  <w:num w:numId="4" w16cid:durableId="1631547873">
    <w:abstractNumId w:val="4"/>
  </w:num>
  <w:num w:numId="5" w16cid:durableId="1464343385">
    <w:abstractNumId w:val="7"/>
  </w:num>
  <w:num w:numId="6" w16cid:durableId="1421678199">
    <w:abstractNumId w:val="3"/>
  </w:num>
  <w:num w:numId="7" w16cid:durableId="213976466">
    <w:abstractNumId w:val="2"/>
  </w:num>
  <w:num w:numId="8" w16cid:durableId="1570845789">
    <w:abstractNumId w:val="1"/>
  </w:num>
  <w:num w:numId="9" w16cid:durableId="1454783655">
    <w:abstractNumId w:val="0"/>
  </w:num>
  <w:num w:numId="10" w16cid:durableId="464083854">
    <w:abstractNumId w:val="10"/>
  </w:num>
  <w:num w:numId="11" w16cid:durableId="2024629427">
    <w:abstractNumId w:val="11"/>
  </w:num>
  <w:num w:numId="12" w16cid:durableId="1930888420">
    <w:abstractNumId w:val="12"/>
  </w:num>
  <w:num w:numId="13" w16cid:durableId="15696546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577"/>
    <w:rsid w:val="00084C52"/>
    <w:rsid w:val="000C0254"/>
    <w:rsid w:val="00115536"/>
    <w:rsid w:val="0015074B"/>
    <w:rsid w:val="00161E5A"/>
    <w:rsid w:val="00176DFA"/>
    <w:rsid w:val="001C1FC4"/>
    <w:rsid w:val="001C1FD2"/>
    <w:rsid w:val="00285C80"/>
    <w:rsid w:val="0029639D"/>
    <w:rsid w:val="0029684F"/>
    <w:rsid w:val="002D65C1"/>
    <w:rsid w:val="00326F90"/>
    <w:rsid w:val="00351FB6"/>
    <w:rsid w:val="003D0AD8"/>
    <w:rsid w:val="004D1E7A"/>
    <w:rsid w:val="00534828"/>
    <w:rsid w:val="0059099C"/>
    <w:rsid w:val="005A7B84"/>
    <w:rsid w:val="005B703B"/>
    <w:rsid w:val="005F05B2"/>
    <w:rsid w:val="00613DF5"/>
    <w:rsid w:val="0064541D"/>
    <w:rsid w:val="00694FAC"/>
    <w:rsid w:val="00747C46"/>
    <w:rsid w:val="007A4D5B"/>
    <w:rsid w:val="00891591"/>
    <w:rsid w:val="008D4560"/>
    <w:rsid w:val="0093111A"/>
    <w:rsid w:val="0094711F"/>
    <w:rsid w:val="00973047"/>
    <w:rsid w:val="00A15B4B"/>
    <w:rsid w:val="00A46136"/>
    <w:rsid w:val="00A5587E"/>
    <w:rsid w:val="00A75825"/>
    <w:rsid w:val="00AA1D8D"/>
    <w:rsid w:val="00AC24F6"/>
    <w:rsid w:val="00AF226A"/>
    <w:rsid w:val="00B45C69"/>
    <w:rsid w:val="00B47730"/>
    <w:rsid w:val="00BF1974"/>
    <w:rsid w:val="00C618C2"/>
    <w:rsid w:val="00C644F2"/>
    <w:rsid w:val="00C85C6D"/>
    <w:rsid w:val="00CB0664"/>
    <w:rsid w:val="00CB5569"/>
    <w:rsid w:val="00CF6A80"/>
    <w:rsid w:val="00D03CA0"/>
    <w:rsid w:val="00D20E01"/>
    <w:rsid w:val="00D7713D"/>
    <w:rsid w:val="00DA2069"/>
    <w:rsid w:val="00E45776"/>
    <w:rsid w:val="00EC61F0"/>
    <w:rsid w:val="00F56D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5AED33"/>
  <w14:defaultImageDpi w14:val="300"/>
  <w15:docId w15:val="{19A04BFB-87FE-471F-A572-D2880E147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613DF5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613DF5"/>
    <w:rPr>
      <w:color w:val="605E5C"/>
      <w:shd w:val="clear" w:color="auto" w:fill="E1DFDD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8D4560"/>
    <w:rPr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D4560"/>
    <w:rPr>
      <w:rFonts w:ascii="Times New Roman" w:hAnsi="Times New Roman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8D4560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93111A"/>
    <w:rPr>
      <w:rFonts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9099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909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44E621-F3A8-4676-97AC-551EA8F2A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Mizanpaj</cp:lastModifiedBy>
  <cp:revision>3</cp:revision>
  <dcterms:created xsi:type="dcterms:W3CDTF">2026-11-04T15:42:00Z</dcterms:created>
  <dcterms:modified xsi:type="dcterms:W3CDTF">2026-11-04T18:00:00Z</dcterms:modified>
</cp:coreProperties>
</file>